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AFF5C" w14:textId="77777777" w:rsidR="00987FE2" w:rsidRPr="00587E87" w:rsidRDefault="00000000">
      <w:pPr>
        <w:rPr>
          <w:lang w:val="de-DE"/>
        </w:rPr>
      </w:pPr>
      <w:proofErr w:type="gramStart"/>
      <w:r w:rsidRPr="00587E87">
        <w:rPr>
          <w:b/>
          <w:color w:val="747B6D"/>
          <w:sz w:val="15"/>
          <w:lang w:val="de-DE"/>
        </w:rPr>
        <w:t>VERKAUFSAUFTRAG  •</w:t>
      </w:r>
      <w:proofErr w:type="gramEnd"/>
      <w:r w:rsidRPr="00587E87">
        <w:rPr>
          <w:b/>
          <w:color w:val="747B6D"/>
          <w:sz w:val="15"/>
          <w:lang w:val="de-DE"/>
        </w:rPr>
        <w:t xml:space="preserve">  IMMOBILIENVERMITTLUNG</w:t>
      </w:r>
    </w:p>
    <w:p w14:paraId="29C34F1B" w14:textId="77777777" w:rsidR="00987FE2" w:rsidRPr="00587E87" w:rsidRDefault="00000000">
      <w:pPr>
        <w:pBdr>
          <w:bottom w:val="single" w:sz="14" w:space="4" w:color="747B6D"/>
        </w:pBdr>
        <w:spacing w:before="360" w:after="60"/>
        <w:rPr>
          <w:lang w:val="de-DE"/>
        </w:rPr>
      </w:pPr>
      <w:r w:rsidRPr="00587E87">
        <w:rPr>
          <w:rFonts w:ascii="Georgia" w:hAnsi="Georgia"/>
          <w:sz w:val="58"/>
          <w:lang w:val="de-DE"/>
        </w:rPr>
        <w:t>Maklerauftrag</w:t>
      </w:r>
      <w:r w:rsidRPr="00587E87">
        <w:rPr>
          <w:color w:val="747B6D"/>
          <w:sz w:val="27"/>
          <w:lang w:val="de-DE"/>
        </w:rPr>
        <w:br/>
        <w:t>Beauftragung zur Immobilienvermittlung</w:t>
      </w:r>
    </w:p>
    <w:p w14:paraId="44BE7AC0" w14:textId="77777777" w:rsidR="00987FE2" w:rsidRPr="00587E87" w:rsidRDefault="00000000">
      <w:pPr>
        <w:spacing w:after="200"/>
        <w:rPr>
          <w:lang w:val="de-DE"/>
        </w:rPr>
      </w:pPr>
      <w:r w:rsidRPr="00587E87">
        <w:rPr>
          <w:sz w:val="18"/>
          <w:lang w:val="de-DE"/>
        </w:rPr>
        <w:t>SiMar Immobilien • Simon &amp; Marvin Kukulla • Konstanz</w:t>
      </w:r>
    </w:p>
    <w:p w14:paraId="5A77FD94" w14:textId="77777777" w:rsidR="00987FE2" w:rsidRDefault="00000000">
      <w:pPr>
        <w:pStyle w:val="berschrift1"/>
        <w:pBdr>
          <w:bottom w:val="single" w:sz="6" w:space="4" w:color="D9D1C4"/>
        </w:pBdr>
      </w:pPr>
      <w:r>
        <w:t xml:space="preserve">§1 </w:t>
      </w:r>
      <w:proofErr w:type="spellStart"/>
      <w:r>
        <w:t>Vertragsparteien</w:t>
      </w:r>
      <w:proofErr w:type="spellEnd"/>
    </w:p>
    <w:tbl>
      <w:tblPr>
        <w:tblW w:w="0" w:type="auto"/>
        <w:tblLayout w:type="fixed"/>
        <w:tblLook w:val="04A0" w:firstRow="1" w:lastRow="0" w:firstColumn="1" w:lastColumn="0" w:noHBand="0" w:noVBand="1"/>
      </w:tblPr>
      <w:tblGrid>
        <w:gridCol w:w="2324"/>
        <w:gridCol w:w="6690"/>
      </w:tblGrid>
      <w:tr w:rsidR="00987FE2" w14:paraId="126A0BFF" w14:textId="77777777">
        <w:tc>
          <w:tcPr>
            <w:tcW w:w="2324" w:type="dxa"/>
            <w:shd w:val="clear" w:color="auto" w:fill="F3F0E9"/>
            <w:tcMar>
              <w:top w:w="100" w:type="dxa"/>
              <w:left w:w="110" w:type="dxa"/>
              <w:bottom w:w="100" w:type="dxa"/>
              <w:right w:w="110" w:type="dxa"/>
            </w:tcMar>
            <w:vAlign w:val="center"/>
          </w:tcPr>
          <w:p w14:paraId="4847EAD6" w14:textId="77777777" w:rsidR="00987FE2" w:rsidRDefault="00000000">
            <w:pPr>
              <w:spacing w:after="0"/>
            </w:pPr>
            <w:r>
              <w:rPr>
                <w:b/>
                <w:color w:val="747B6D"/>
                <w:sz w:val="14"/>
              </w:rPr>
              <w:t>AUFTRAGGEBER (VERKÄUFER)</w:t>
            </w:r>
          </w:p>
        </w:tc>
        <w:tc>
          <w:tcPr>
            <w:tcW w:w="6690" w:type="dxa"/>
            <w:tcMar>
              <w:top w:w="100" w:type="dxa"/>
              <w:left w:w="110" w:type="dxa"/>
              <w:bottom w:w="100" w:type="dxa"/>
              <w:right w:w="110" w:type="dxa"/>
            </w:tcMar>
            <w:vAlign w:val="center"/>
          </w:tcPr>
          <w:sdt>
            <w:sdtPr>
              <w:rPr>
                <w:sz w:val="19"/>
              </w:rPr>
              <w:id w:val="-1577114952"/>
              <w:placeholder>
                <w:docPart w:val="DefaultPlaceholder_-1854013440"/>
              </w:placeholder>
            </w:sdtPr>
            <w:sdtContent>
              <w:p w14:paraId="0A08E5F1" w14:textId="2055FE27" w:rsidR="00987FE2" w:rsidRDefault="00000000">
                <w:pPr>
                  <w:spacing w:after="0"/>
                </w:pPr>
                <w:r>
                  <w:rPr>
                    <w:sz w:val="19"/>
                  </w:rPr>
                  <w:t>[Name</w:t>
                </w:r>
                <w:r w:rsidR="00587E87">
                  <w:rPr>
                    <w:sz w:val="19"/>
                  </w:rPr>
                  <w:t xml:space="preserve"> </w:t>
                </w:r>
                <w:proofErr w:type="spellStart"/>
                <w:r w:rsidR="00587E87">
                  <w:rPr>
                    <w:sz w:val="19"/>
                  </w:rPr>
                  <w:t>Verkäufer</w:t>
                </w:r>
                <w:proofErr w:type="spellEnd"/>
                <w:r>
                  <w:rPr>
                    <w:sz w:val="19"/>
                  </w:rPr>
                  <w:t xml:space="preserve">, </w:t>
                </w:r>
                <w:proofErr w:type="spellStart"/>
                <w:r>
                  <w:rPr>
                    <w:sz w:val="19"/>
                  </w:rPr>
                  <w:t>Anschrift</w:t>
                </w:r>
                <w:proofErr w:type="spellEnd"/>
                <w:r>
                  <w:rPr>
                    <w:sz w:val="19"/>
                  </w:rPr>
                  <w:t>]</w:t>
                </w:r>
              </w:p>
            </w:sdtContent>
          </w:sdt>
        </w:tc>
      </w:tr>
      <w:tr w:rsidR="00987FE2" w:rsidRPr="00587E87" w14:paraId="3A3F68B5" w14:textId="77777777">
        <w:tc>
          <w:tcPr>
            <w:tcW w:w="2324" w:type="dxa"/>
            <w:shd w:val="clear" w:color="auto" w:fill="F3F0E9"/>
            <w:tcMar>
              <w:top w:w="100" w:type="dxa"/>
              <w:left w:w="110" w:type="dxa"/>
              <w:bottom w:w="100" w:type="dxa"/>
              <w:right w:w="110" w:type="dxa"/>
            </w:tcMar>
            <w:vAlign w:val="center"/>
          </w:tcPr>
          <w:p w14:paraId="095AE705" w14:textId="77777777" w:rsidR="00987FE2" w:rsidRDefault="00000000">
            <w:pPr>
              <w:spacing w:after="0"/>
            </w:pPr>
            <w:r>
              <w:rPr>
                <w:b/>
                <w:color w:val="747B6D"/>
                <w:sz w:val="14"/>
              </w:rPr>
              <w:t>MAKLER</w:t>
            </w:r>
          </w:p>
        </w:tc>
        <w:tc>
          <w:tcPr>
            <w:tcW w:w="6690" w:type="dxa"/>
            <w:tcMar>
              <w:top w:w="100" w:type="dxa"/>
              <w:left w:w="110" w:type="dxa"/>
              <w:bottom w:w="100" w:type="dxa"/>
              <w:right w:w="110" w:type="dxa"/>
            </w:tcMar>
            <w:vAlign w:val="center"/>
          </w:tcPr>
          <w:p w14:paraId="7F5D52D3" w14:textId="77777777" w:rsidR="00987FE2" w:rsidRPr="00587E87" w:rsidRDefault="00000000">
            <w:pPr>
              <w:spacing w:after="0"/>
              <w:rPr>
                <w:lang w:val="de-DE"/>
              </w:rPr>
            </w:pPr>
            <w:r w:rsidRPr="00587E87">
              <w:rPr>
                <w:sz w:val="19"/>
                <w:lang w:val="de-DE"/>
              </w:rPr>
              <w:t>SiMar Immobilien – Simon &amp; Marvin Kukulla, An der Steig 31, 78464 Konstanz</w:t>
            </w:r>
          </w:p>
        </w:tc>
      </w:tr>
    </w:tbl>
    <w:p w14:paraId="2DA0AB91" w14:textId="77777777" w:rsidR="00987FE2" w:rsidRPr="00587E87" w:rsidRDefault="00987FE2">
      <w:pPr>
        <w:spacing w:after="0"/>
        <w:rPr>
          <w:lang w:val="de-DE"/>
        </w:rPr>
      </w:pPr>
    </w:p>
    <w:p w14:paraId="07E29BEB" w14:textId="77777777" w:rsidR="00987FE2" w:rsidRPr="00587E87" w:rsidRDefault="00000000">
      <w:pPr>
        <w:pStyle w:val="berschrift1"/>
        <w:pBdr>
          <w:bottom w:val="single" w:sz="6" w:space="4" w:color="D9D1C4"/>
        </w:pBdr>
        <w:rPr>
          <w:lang w:val="de-DE"/>
        </w:rPr>
      </w:pPr>
      <w:r w:rsidRPr="00587E87">
        <w:rPr>
          <w:lang w:val="de-DE"/>
        </w:rPr>
        <w:t>§2 Vertragsgegenstand</w:t>
      </w:r>
    </w:p>
    <w:p w14:paraId="1B84295D" w14:textId="77777777" w:rsidR="00987FE2" w:rsidRPr="00587E87" w:rsidRDefault="00000000">
      <w:pPr>
        <w:rPr>
          <w:lang w:val="de-DE"/>
        </w:rPr>
      </w:pPr>
      <w:r w:rsidRPr="00587E87">
        <w:rPr>
          <w:lang w:val="de-DE"/>
        </w:rPr>
        <w:t>Der Auftraggeber beauftragt den Makler exklusiv mit der Vermittlung des Verkaufs der folgenden Immobilie:</w:t>
      </w:r>
    </w:p>
    <w:tbl>
      <w:tblPr>
        <w:tblW w:w="0" w:type="auto"/>
        <w:tblLayout w:type="fixed"/>
        <w:tblLook w:val="04A0" w:firstRow="1" w:lastRow="0" w:firstColumn="1" w:lastColumn="0" w:noHBand="0" w:noVBand="1"/>
      </w:tblPr>
      <w:tblGrid>
        <w:gridCol w:w="2324"/>
        <w:gridCol w:w="6690"/>
      </w:tblGrid>
      <w:tr w:rsidR="00987FE2" w14:paraId="3139F83B" w14:textId="77777777">
        <w:tc>
          <w:tcPr>
            <w:tcW w:w="2324" w:type="dxa"/>
            <w:shd w:val="clear" w:color="auto" w:fill="F3F0E9"/>
            <w:tcMar>
              <w:top w:w="100" w:type="dxa"/>
              <w:left w:w="110" w:type="dxa"/>
              <w:bottom w:w="100" w:type="dxa"/>
              <w:right w:w="110" w:type="dxa"/>
            </w:tcMar>
            <w:vAlign w:val="center"/>
          </w:tcPr>
          <w:p w14:paraId="3833A7F5" w14:textId="77777777" w:rsidR="00987FE2" w:rsidRDefault="00000000">
            <w:pPr>
              <w:spacing w:after="0"/>
            </w:pPr>
            <w:r>
              <w:rPr>
                <w:b/>
                <w:color w:val="747B6D"/>
                <w:sz w:val="14"/>
              </w:rPr>
              <w:t>OBJEKT</w:t>
            </w:r>
          </w:p>
        </w:tc>
        <w:tc>
          <w:tcPr>
            <w:tcW w:w="6690" w:type="dxa"/>
            <w:tcMar>
              <w:top w:w="100" w:type="dxa"/>
              <w:left w:w="110" w:type="dxa"/>
              <w:bottom w:w="100" w:type="dxa"/>
              <w:right w:w="110" w:type="dxa"/>
            </w:tcMar>
            <w:vAlign w:val="center"/>
          </w:tcPr>
          <w:sdt>
            <w:sdtPr>
              <w:rPr>
                <w:sz w:val="19"/>
              </w:rPr>
              <w:id w:val="-1485230472"/>
              <w:placeholder>
                <w:docPart w:val="DefaultPlaceholder_-1854013440"/>
              </w:placeholder>
            </w:sdtPr>
            <w:sdtContent>
              <w:p w14:paraId="30BF2D4F" w14:textId="14211205" w:rsidR="00987FE2" w:rsidRDefault="00000000">
                <w:pPr>
                  <w:spacing w:after="0"/>
                </w:pPr>
                <w:r>
                  <w:rPr>
                    <w:sz w:val="19"/>
                  </w:rPr>
                  <w:t>[</w:t>
                </w:r>
                <w:proofErr w:type="spellStart"/>
                <w:r>
                  <w:rPr>
                    <w:sz w:val="19"/>
                  </w:rPr>
                  <w:t>Adresse</w:t>
                </w:r>
                <w:proofErr w:type="spellEnd"/>
                <w:r>
                  <w:rPr>
                    <w:sz w:val="19"/>
                  </w:rPr>
                  <w:t xml:space="preserve"> / </w:t>
                </w:r>
                <w:proofErr w:type="spellStart"/>
                <w:r>
                  <w:rPr>
                    <w:sz w:val="19"/>
                  </w:rPr>
                  <w:t>Beschreibung</w:t>
                </w:r>
                <w:proofErr w:type="spellEnd"/>
                <w:r>
                  <w:rPr>
                    <w:sz w:val="19"/>
                  </w:rPr>
                  <w:t>]</w:t>
                </w:r>
              </w:p>
            </w:sdtContent>
          </w:sdt>
        </w:tc>
      </w:tr>
      <w:tr w:rsidR="00987FE2" w14:paraId="7EA4DC74" w14:textId="77777777">
        <w:tc>
          <w:tcPr>
            <w:tcW w:w="2324" w:type="dxa"/>
            <w:shd w:val="clear" w:color="auto" w:fill="F3F0E9"/>
            <w:tcMar>
              <w:top w:w="100" w:type="dxa"/>
              <w:left w:w="110" w:type="dxa"/>
              <w:bottom w:w="100" w:type="dxa"/>
              <w:right w:w="110" w:type="dxa"/>
            </w:tcMar>
            <w:vAlign w:val="center"/>
          </w:tcPr>
          <w:p w14:paraId="17F4C2AF" w14:textId="77777777" w:rsidR="00987FE2" w:rsidRDefault="00000000">
            <w:pPr>
              <w:spacing w:after="0"/>
            </w:pPr>
            <w:r>
              <w:rPr>
                <w:b/>
                <w:color w:val="747B6D"/>
                <w:sz w:val="14"/>
              </w:rPr>
              <w:t>ART</w:t>
            </w:r>
          </w:p>
        </w:tc>
        <w:tc>
          <w:tcPr>
            <w:tcW w:w="6690" w:type="dxa"/>
            <w:tcMar>
              <w:top w:w="100" w:type="dxa"/>
              <w:left w:w="110" w:type="dxa"/>
              <w:bottom w:w="100" w:type="dxa"/>
              <w:right w:w="110" w:type="dxa"/>
            </w:tcMar>
            <w:vAlign w:val="center"/>
          </w:tcPr>
          <w:sdt>
            <w:sdtPr>
              <w:rPr>
                <w:sz w:val="19"/>
              </w:rPr>
              <w:id w:val="1086808872"/>
              <w:placeholder>
                <w:docPart w:val="DefaultPlaceholder_-1854013440"/>
              </w:placeholder>
            </w:sdtPr>
            <w:sdtContent>
              <w:p w14:paraId="23DD5F7C" w14:textId="445F8AFD" w:rsidR="00987FE2" w:rsidRDefault="00000000">
                <w:pPr>
                  <w:spacing w:after="0"/>
                </w:pPr>
                <w:r>
                  <w:rPr>
                    <w:sz w:val="19"/>
                  </w:rPr>
                  <w:t>[</w:t>
                </w:r>
                <w:proofErr w:type="spellStart"/>
                <w:r>
                  <w:rPr>
                    <w:sz w:val="19"/>
                  </w:rPr>
                  <w:t>Wohnung</w:t>
                </w:r>
                <w:proofErr w:type="spellEnd"/>
                <w:r>
                  <w:rPr>
                    <w:sz w:val="19"/>
                  </w:rPr>
                  <w:t xml:space="preserve"> / Haus / </w:t>
                </w:r>
                <w:proofErr w:type="spellStart"/>
                <w:r>
                  <w:rPr>
                    <w:sz w:val="19"/>
                  </w:rPr>
                  <w:t>Grundstück</w:t>
                </w:r>
                <w:proofErr w:type="spellEnd"/>
                <w:r>
                  <w:rPr>
                    <w:sz w:val="19"/>
                  </w:rPr>
                  <w:t>]</w:t>
                </w:r>
              </w:p>
            </w:sdtContent>
          </w:sdt>
        </w:tc>
      </w:tr>
    </w:tbl>
    <w:p w14:paraId="15AA4820" w14:textId="77777777" w:rsidR="00987FE2" w:rsidRDefault="00987FE2">
      <w:pPr>
        <w:spacing w:after="0"/>
      </w:pPr>
    </w:p>
    <w:p w14:paraId="409DC260" w14:textId="77777777" w:rsidR="00987FE2" w:rsidRPr="00587E87" w:rsidRDefault="00000000">
      <w:pPr>
        <w:pStyle w:val="berschrift1"/>
        <w:pBdr>
          <w:bottom w:val="single" w:sz="6" w:space="4" w:color="D9D1C4"/>
        </w:pBdr>
        <w:rPr>
          <w:lang w:val="de-DE"/>
        </w:rPr>
      </w:pPr>
      <w:r w:rsidRPr="00587E87">
        <w:rPr>
          <w:lang w:val="de-DE"/>
        </w:rPr>
        <w:t>§3 Art des Auftrags (qualifizierter Alleinauftrag)</w:t>
      </w:r>
    </w:p>
    <w:p w14:paraId="7F36B30A" w14:textId="77777777" w:rsidR="00987FE2" w:rsidRPr="00587E87" w:rsidRDefault="00000000">
      <w:pPr>
        <w:rPr>
          <w:lang w:val="de-DE"/>
        </w:rPr>
      </w:pPr>
      <w:r w:rsidRPr="00587E87">
        <w:rPr>
          <w:lang w:val="de-DE"/>
        </w:rPr>
        <w:t>Der Auftrag wird als qualifizierter Alleinauftrag erteilt.</w:t>
      </w:r>
    </w:p>
    <w:p w14:paraId="707F827D" w14:textId="77777777" w:rsidR="00987FE2" w:rsidRDefault="00000000">
      <w:r>
        <w:t xml:space="preserve">Der </w:t>
      </w:r>
      <w:proofErr w:type="spellStart"/>
      <w:r>
        <w:t>Auftraggeber</w:t>
      </w:r>
      <w:proofErr w:type="spellEnd"/>
      <w:r>
        <w:t xml:space="preserve"> </w:t>
      </w:r>
      <w:proofErr w:type="spellStart"/>
      <w:r>
        <w:t>verpflichtet</w:t>
      </w:r>
      <w:proofErr w:type="spellEnd"/>
      <w:r>
        <w:t xml:space="preserve"> </w:t>
      </w:r>
      <w:proofErr w:type="spellStart"/>
      <w:r>
        <w:t>sich</w:t>
      </w:r>
      <w:proofErr w:type="spellEnd"/>
      <w:r>
        <w:t>:</w:t>
      </w:r>
    </w:p>
    <w:p w14:paraId="66BDD8FD" w14:textId="77777777" w:rsidR="00987FE2" w:rsidRDefault="00000000">
      <w:pPr>
        <w:pStyle w:val="Aufzhlungszeichen"/>
        <w:spacing w:after="50"/>
        <w:ind w:left="312" w:hanging="113"/>
      </w:pPr>
      <w:r>
        <w:t>keinen weiteren Makler zu beauftragen</w:t>
      </w:r>
    </w:p>
    <w:p w14:paraId="1C3A4B30" w14:textId="77777777" w:rsidR="00987FE2" w:rsidRPr="00587E87" w:rsidRDefault="00000000">
      <w:pPr>
        <w:pStyle w:val="Aufzhlungszeichen"/>
        <w:spacing w:after="50"/>
        <w:ind w:left="312" w:hanging="113"/>
        <w:rPr>
          <w:lang w:val="de-DE"/>
        </w:rPr>
      </w:pPr>
      <w:r w:rsidRPr="00587E87">
        <w:rPr>
          <w:lang w:val="de-DE"/>
        </w:rPr>
        <w:t>alle Interessenten an den Makler zu verweisen</w:t>
      </w:r>
    </w:p>
    <w:p w14:paraId="03632BC9" w14:textId="77777777" w:rsidR="00987FE2" w:rsidRDefault="00000000">
      <w:pPr>
        <w:pStyle w:val="Aufzhlungszeichen"/>
        <w:spacing w:after="50"/>
        <w:ind w:left="312" w:hanging="113"/>
      </w:pPr>
      <w:proofErr w:type="spellStart"/>
      <w:r>
        <w:t>eigene</w:t>
      </w:r>
      <w:proofErr w:type="spellEnd"/>
      <w:r>
        <w:t xml:space="preserve"> </w:t>
      </w:r>
      <w:proofErr w:type="spellStart"/>
      <w:r>
        <w:t>Verkaufsbemühungen</w:t>
      </w:r>
      <w:proofErr w:type="spellEnd"/>
      <w:r>
        <w:t xml:space="preserve"> </w:t>
      </w:r>
      <w:proofErr w:type="spellStart"/>
      <w:r>
        <w:t>zu</w:t>
      </w:r>
      <w:proofErr w:type="spellEnd"/>
      <w:r>
        <w:t xml:space="preserve"> </w:t>
      </w:r>
      <w:proofErr w:type="spellStart"/>
      <w:r>
        <w:t>unterlassen</w:t>
      </w:r>
      <w:proofErr w:type="spellEnd"/>
    </w:p>
    <w:p w14:paraId="0E936C1B" w14:textId="77777777" w:rsidR="00987FE2" w:rsidRPr="00587E87" w:rsidRDefault="00000000">
      <w:pPr>
        <w:rPr>
          <w:lang w:val="de-DE"/>
        </w:rPr>
      </w:pPr>
      <w:r w:rsidRPr="00587E87">
        <w:rPr>
          <w:lang w:val="de-DE"/>
        </w:rPr>
        <w:t>Im Falle eines Eigenverkaufs ist die vereinbarte Provision dennoch zu zahlen.</w:t>
      </w:r>
    </w:p>
    <w:p w14:paraId="48A6F01F" w14:textId="77777777" w:rsidR="00987FE2" w:rsidRPr="00587E87" w:rsidRDefault="00000000">
      <w:pPr>
        <w:pStyle w:val="berschrift1"/>
        <w:pBdr>
          <w:bottom w:val="single" w:sz="6" w:space="4" w:color="D9D1C4"/>
        </w:pBdr>
        <w:rPr>
          <w:lang w:val="de-DE"/>
        </w:rPr>
      </w:pPr>
      <w:r w:rsidRPr="00587E87">
        <w:rPr>
          <w:lang w:val="de-DE"/>
        </w:rPr>
        <w:t>§4 Provision</w:t>
      </w:r>
    </w:p>
    <w:p w14:paraId="4756A476" w14:textId="77777777" w:rsidR="00987FE2" w:rsidRPr="00587E87" w:rsidRDefault="00000000">
      <w:pPr>
        <w:rPr>
          <w:lang w:val="de-DE"/>
        </w:rPr>
      </w:pPr>
      <w:r w:rsidRPr="00587E87">
        <w:rPr>
          <w:lang w:val="de-DE"/>
        </w:rPr>
        <w:t>Im Erfolgsfall erhält der Makler:</w:t>
      </w:r>
    </w:p>
    <w:tbl>
      <w:tblPr>
        <w:tblW w:w="0" w:type="auto"/>
        <w:tblLayout w:type="fixed"/>
        <w:tblLook w:val="04A0" w:firstRow="1" w:lastRow="0" w:firstColumn="1" w:lastColumn="0" w:noHBand="0" w:noVBand="1"/>
      </w:tblPr>
      <w:tblGrid>
        <w:gridCol w:w="2324"/>
        <w:gridCol w:w="6690"/>
      </w:tblGrid>
      <w:tr w:rsidR="00987FE2" w14:paraId="29C47A51" w14:textId="77777777">
        <w:tc>
          <w:tcPr>
            <w:tcW w:w="2324" w:type="dxa"/>
            <w:shd w:val="clear" w:color="auto" w:fill="F3F0E9"/>
            <w:tcMar>
              <w:top w:w="100" w:type="dxa"/>
              <w:left w:w="110" w:type="dxa"/>
              <w:bottom w:w="100" w:type="dxa"/>
              <w:right w:w="110" w:type="dxa"/>
            </w:tcMar>
            <w:vAlign w:val="center"/>
          </w:tcPr>
          <w:p w14:paraId="61F01C7B" w14:textId="77777777" w:rsidR="00987FE2" w:rsidRDefault="00000000">
            <w:pPr>
              <w:spacing w:after="0"/>
            </w:pPr>
            <w:r>
              <w:rPr>
                <w:b/>
                <w:color w:val="747B6D"/>
                <w:sz w:val="14"/>
              </w:rPr>
              <w:t>KÄUFERPROVISION</w:t>
            </w:r>
          </w:p>
        </w:tc>
        <w:tc>
          <w:tcPr>
            <w:tcW w:w="6690" w:type="dxa"/>
            <w:tcMar>
              <w:top w:w="100" w:type="dxa"/>
              <w:left w:w="110" w:type="dxa"/>
              <w:bottom w:w="100" w:type="dxa"/>
              <w:right w:w="110" w:type="dxa"/>
            </w:tcMar>
            <w:vAlign w:val="center"/>
          </w:tcPr>
          <w:p w14:paraId="53817DD0" w14:textId="77777777" w:rsidR="00987FE2" w:rsidRDefault="00000000">
            <w:pPr>
              <w:spacing w:after="0"/>
            </w:pPr>
            <w:r>
              <w:rPr>
                <w:sz w:val="19"/>
              </w:rPr>
              <w:t>3,57 % inkl. MwSt. vom Käufer</w:t>
            </w:r>
          </w:p>
        </w:tc>
      </w:tr>
      <w:tr w:rsidR="00987FE2" w14:paraId="7C8EABD9" w14:textId="77777777">
        <w:tc>
          <w:tcPr>
            <w:tcW w:w="2324" w:type="dxa"/>
            <w:shd w:val="clear" w:color="auto" w:fill="F3F0E9"/>
            <w:tcMar>
              <w:top w:w="100" w:type="dxa"/>
              <w:left w:w="110" w:type="dxa"/>
              <w:bottom w:w="100" w:type="dxa"/>
              <w:right w:w="110" w:type="dxa"/>
            </w:tcMar>
            <w:vAlign w:val="center"/>
          </w:tcPr>
          <w:p w14:paraId="71954286" w14:textId="77777777" w:rsidR="00987FE2" w:rsidRDefault="00000000">
            <w:pPr>
              <w:spacing w:after="0"/>
            </w:pPr>
            <w:r>
              <w:rPr>
                <w:b/>
                <w:color w:val="747B6D"/>
                <w:sz w:val="14"/>
              </w:rPr>
              <w:t>VERKÄUFERPROVISION</w:t>
            </w:r>
          </w:p>
        </w:tc>
        <w:tc>
          <w:tcPr>
            <w:tcW w:w="6690" w:type="dxa"/>
            <w:tcMar>
              <w:top w:w="100" w:type="dxa"/>
              <w:left w:w="110" w:type="dxa"/>
              <w:bottom w:w="100" w:type="dxa"/>
              <w:right w:w="110" w:type="dxa"/>
            </w:tcMar>
            <w:vAlign w:val="center"/>
          </w:tcPr>
          <w:p w14:paraId="06260B5D" w14:textId="77777777" w:rsidR="00987FE2" w:rsidRDefault="00000000">
            <w:pPr>
              <w:spacing w:after="0"/>
            </w:pPr>
            <w:r>
              <w:rPr>
                <w:sz w:val="19"/>
              </w:rPr>
              <w:t>3,57 % inkl. MwSt. vom Verkäufer</w:t>
            </w:r>
          </w:p>
        </w:tc>
      </w:tr>
      <w:tr w:rsidR="00987FE2" w14:paraId="3B21989B" w14:textId="77777777">
        <w:tc>
          <w:tcPr>
            <w:tcW w:w="2324" w:type="dxa"/>
            <w:shd w:val="clear" w:color="auto" w:fill="F3F0E9"/>
            <w:tcMar>
              <w:top w:w="100" w:type="dxa"/>
              <w:left w:w="110" w:type="dxa"/>
              <w:bottom w:w="100" w:type="dxa"/>
              <w:right w:w="110" w:type="dxa"/>
            </w:tcMar>
            <w:vAlign w:val="center"/>
          </w:tcPr>
          <w:p w14:paraId="0863A576" w14:textId="77777777" w:rsidR="00987FE2" w:rsidRDefault="00000000">
            <w:pPr>
              <w:spacing w:after="0"/>
            </w:pPr>
            <w:r>
              <w:rPr>
                <w:b/>
                <w:color w:val="747B6D"/>
                <w:sz w:val="14"/>
              </w:rPr>
              <w:t>FÄLLIGKEIT</w:t>
            </w:r>
          </w:p>
        </w:tc>
        <w:tc>
          <w:tcPr>
            <w:tcW w:w="6690" w:type="dxa"/>
            <w:tcMar>
              <w:top w:w="100" w:type="dxa"/>
              <w:left w:w="110" w:type="dxa"/>
              <w:bottom w:w="100" w:type="dxa"/>
              <w:right w:w="110" w:type="dxa"/>
            </w:tcMar>
            <w:vAlign w:val="center"/>
          </w:tcPr>
          <w:p w14:paraId="71CF5CA2" w14:textId="77777777" w:rsidR="00987FE2" w:rsidRDefault="00000000">
            <w:pPr>
              <w:spacing w:after="0"/>
            </w:pPr>
            <w:r>
              <w:rPr>
                <w:sz w:val="19"/>
              </w:rPr>
              <w:t>Bei notariellem Kaufvertragsabschluss.</w:t>
            </w:r>
          </w:p>
        </w:tc>
      </w:tr>
    </w:tbl>
    <w:p w14:paraId="12E83F90" w14:textId="77777777" w:rsidR="00987FE2" w:rsidRDefault="00987FE2">
      <w:pPr>
        <w:spacing w:after="0"/>
      </w:pPr>
    </w:p>
    <w:p w14:paraId="72DB3533" w14:textId="77777777" w:rsidR="00987FE2" w:rsidRDefault="00000000">
      <w:pPr>
        <w:pStyle w:val="berschrift1"/>
        <w:pBdr>
          <w:bottom w:val="single" w:sz="6" w:space="4" w:color="D9D1C4"/>
        </w:pBdr>
      </w:pPr>
      <w:r>
        <w:t>§5 Laufzeit</w:t>
      </w:r>
    </w:p>
    <w:p w14:paraId="5E94E714" w14:textId="77777777" w:rsidR="00987FE2" w:rsidRPr="00587E87" w:rsidRDefault="00000000">
      <w:pPr>
        <w:rPr>
          <w:lang w:val="de-DE"/>
        </w:rPr>
      </w:pPr>
      <w:r w:rsidRPr="00587E87">
        <w:rPr>
          <w:lang w:val="de-DE"/>
        </w:rPr>
        <w:t>Der Auftrag wird für 12 Monate geschlossen.</w:t>
      </w:r>
    </w:p>
    <w:p w14:paraId="1171C65B" w14:textId="77777777" w:rsidR="00987FE2" w:rsidRPr="00587E87" w:rsidRDefault="00000000">
      <w:pPr>
        <w:rPr>
          <w:lang w:val="de-DE"/>
        </w:rPr>
      </w:pPr>
      <w:r w:rsidRPr="00587E87">
        <w:rPr>
          <w:lang w:val="de-DE"/>
        </w:rPr>
        <w:t>Automatische Verlängerung um jeweils 3 Monate, sofern keine Kündigung mit 4 Wochen Frist erfolgt.</w:t>
      </w:r>
    </w:p>
    <w:p w14:paraId="54D34D9A" w14:textId="77777777" w:rsidR="00987FE2" w:rsidRDefault="00000000">
      <w:pPr>
        <w:pStyle w:val="berschrift1"/>
        <w:pBdr>
          <w:bottom w:val="single" w:sz="6" w:space="4" w:color="D9D1C4"/>
        </w:pBdr>
      </w:pPr>
      <w:r>
        <w:lastRenderedPageBreak/>
        <w:t xml:space="preserve">§6 </w:t>
      </w:r>
      <w:proofErr w:type="spellStart"/>
      <w:r>
        <w:t>Pflichten</w:t>
      </w:r>
      <w:proofErr w:type="spellEnd"/>
      <w:r>
        <w:t xml:space="preserve"> des </w:t>
      </w:r>
      <w:proofErr w:type="spellStart"/>
      <w:r>
        <w:t>Maklers</w:t>
      </w:r>
      <w:proofErr w:type="spellEnd"/>
    </w:p>
    <w:p w14:paraId="4954DDCB" w14:textId="77777777" w:rsidR="00987FE2" w:rsidRDefault="00000000">
      <w:pPr>
        <w:pStyle w:val="Aufzhlungszeichen"/>
        <w:spacing w:after="50"/>
        <w:ind w:left="312" w:hanging="113"/>
      </w:pPr>
      <w:r>
        <w:t>Vermarktung der Immobilie</w:t>
      </w:r>
    </w:p>
    <w:p w14:paraId="57CD8E36" w14:textId="77777777" w:rsidR="00987FE2" w:rsidRDefault="00000000">
      <w:pPr>
        <w:pStyle w:val="Aufzhlungszeichen"/>
        <w:spacing w:after="50"/>
        <w:ind w:left="312" w:hanging="113"/>
      </w:pPr>
      <w:r>
        <w:t>Erstellung Exposé</w:t>
      </w:r>
    </w:p>
    <w:p w14:paraId="03D582D1" w14:textId="77777777" w:rsidR="00987FE2" w:rsidRDefault="00000000">
      <w:pPr>
        <w:pStyle w:val="Aufzhlungszeichen"/>
        <w:spacing w:after="50"/>
        <w:ind w:left="312" w:hanging="113"/>
      </w:pPr>
      <w:r>
        <w:t>Durchführung Besichtigungen</w:t>
      </w:r>
    </w:p>
    <w:p w14:paraId="31082D32" w14:textId="77777777" w:rsidR="00987FE2" w:rsidRDefault="00000000">
      <w:pPr>
        <w:pStyle w:val="Aufzhlungszeichen"/>
        <w:spacing w:after="50"/>
        <w:ind w:left="312" w:hanging="113"/>
      </w:pPr>
      <w:r>
        <w:t>Begleitung bis Notartermin</w:t>
      </w:r>
    </w:p>
    <w:p w14:paraId="21BAA385" w14:textId="77777777" w:rsidR="00987FE2" w:rsidRDefault="00000000">
      <w:pPr>
        <w:pStyle w:val="berschrift1"/>
        <w:pBdr>
          <w:bottom w:val="single" w:sz="6" w:space="4" w:color="D9D1C4"/>
        </w:pBdr>
      </w:pPr>
      <w:r>
        <w:t>§7 Pflichten des Auftraggebers</w:t>
      </w:r>
    </w:p>
    <w:p w14:paraId="101FDC51" w14:textId="77777777" w:rsidR="00987FE2" w:rsidRDefault="00000000">
      <w:pPr>
        <w:pStyle w:val="Aufzhlungszeichen"/>
        <w:spacing w:after="50"/>
        <w:ind w:left="312" w:hanging="113"/>
      </w:pPr>
      <w:r>
        <w:t>Bereitstellung aller Unterlagen</w:t>
      </w:r>
    </w:p>
    <w:p w14:paraId="3153CF57" w14:textId="77777777" w:rsidR="00987FE2" w:rsidRDefault="00000000">
      <w:pPr>
        <w:pStyle w:val="Aufzhlungszeichen"/>
        <w:spacing w:after="50"/>
        <w:ind w:left="312" w:hanging="113"/>
      </w:pPr>
      <w:r>
        <w:t>korrekte Angaben</w:t>
      </w:r>
    </w:p>
    <w:p w14:paraId="7746141E" w14:textId="77777777" w:rsidR="00987FE2" w:rsidRDefault="00000000">
      <w:pPr>
        <w:pStyle w:val="Aufzhlungszeichen"/>
        <w:spacing w:after="50"/>
        <w:ind w:left="312" w:hanging="113"/>
      </w:pPr>
      <w:r>
        <w:t>Unterstützung bei Vermarktung</w:t>
      </w:r>
    </w:p>
    <w:p w14:paraId="567EC918" w14:textId="77777777" w:rsidR="00987FE2" w:rsidRDefault="00000000">
      <w:pPr>
        <w:pStyle w:val="berschrift1"/>
        <w:pBdr>
          <w:bottom w:val="single" w:sz="6" w:space="4" w:color="D9D1C4"/>
        </w:pBdr>
      </w:pPr>
      <w:r>
        <w:t>§8 Haftung</w:t>
      </w:r>
    </w:p>
    <w:p w14:paraId="58F583D8" w14:textId="77777777" w:rsidR="00987FE2" w:rsidRPr="00587E87" w:rsidRDefault="00000000">
      <w:pPr>
        <w:rPr>
          <w:lang w:val="de-DE"/>
        </w:rPr>
      </w:pPr>
      <w:r w:rsidRPr="00587E87">
        <w:rPr>
          <w:lang w:val="de-DE"/>
        </w:rPr>
        <w:t>Haftung nur bei Vorsatz und grober Fahrlässigkeit.</w:t>
      </w:r>
    </w:p>
    <w:p w14:paraId="5DCFE569" w14:textId="77777777" w:rsidR="00987FE2" w:rsidRPr="00587E87" w:rsidRDefault="00000000">
      <w:pPr>
        <w:pStyle w:val="berschrift1"/>
        <w:pBdr>
          <w:bottom w:val="single" w:sz="6" w:space="4" w:color="D9D1C4"/>
        </w:pBdr>
        <w:rPr>
          <w:lang w:val="de-DE"/>
        </w:rPr>
      </w:pPr>
      <w:r w:rsidRPr="00587E87">
        <w:rPr>
          <w:lang w:val="de-DE"/>
        </w:rPr>
        <w:t>§9 Widerrufsbelehrung</w:t>
      </w:r>
    </w:p>
    <w:p w14:paraId="0BA0D539" w14:textId="77777777" w:rsidR="00987FE2" w:rsidRPr="00587E87" w:rsidRDefault="00000000">
      <w:pPr>
        <w:rPr>
          <w:lang w:val="de-DE"/>
        </w:rPr>
      </w:pPr>
      <w:r w:rsidRPr="00587E87">
        <w:rPr>
          <w:lang w:val="de-DE"/>
        </w:rPr>
        <w:t>Sie haben das Recht, binnen 14 Tagen ohne Angabe von Gründen diesen Vertrag zu widerrufen.</w:t>
      </w:r>
    </w:p>
    <w:p w14:paraId="3420AAA6" w14:textId="77777777" w:rsidR="00987FE2" w:rsidRPr="00587E87" w:rsidRDefault="00000000">
      <w:pPr>
        <w:rPr>
          <w:lang w:val="de-DE"/>
        </w:rPr>
      </w:pPr>
      <w:r w:rsidRPr="00587E87">
        <w:rPr>
          <w:lang w:val="de-DE"/>
        </w:rPr>
        <w:t>Die Widerrufsfrist beträgt 14 Tage ab dem Tag des Vertragsabschlusses.</w:t>
      </w:r>
    </w:p>
    <w:p w14:paraId="643F6BF5" w14:textId="77777777" w:rsidR="00987FE2" w:rsidRPr="00587E87" w:rsidRDefault="00000000">
      <w:pPr>
        <w:rPr>
          <w:lang w:val="de-DE"/>
        </w:rPr>
      </w:pPr>
      <w:r w:rsidRPr="00587E87">
        <w:rPr>
          <w:lang w:val="de-DE"/>
        </w:rPr>
        <w:t>Um Ihr Widerrufsrecht auszuüben, müssen Sie uns (SiMar Immobilien, An der Steig 31, 78464 Konstanz, [E-Mail]) mittels einer eindeutigen Erklärung (z. B. ein mit der Post versandter Brief oder E-Mail) über Ihren Entschluss, diesen Vertrag zu widerrufen, informieren.</w:t>
      </w:r>
    </w:p>
    <w:p w14:paraId="701D850C" w14:textId="77777777" w:rsidR="00987FE2" w:rsidRPr="00587E87" w:rsidRDefault="00000000">
      <w:pPr>
        <w:rPr>
          <w:lang w:val="de-DE"/>
        </w:rPr>
      </w:pPr>
      <w:r w:rsidRPr="00587E87">
        <w:rPr>
          <w:lang w:val="de-DE"/>
        </w:rPr>
        <w:t>Zur Wahrung der Widerrufsfrist reicht es aus, dass Sie die Mitteilung über die Ausübung des Widerrufsrechts vor Ablauf der Widerrufsfrist absenden.</w:t>
      </w:r>
    </w:p>
    <w:p w14:paraId="3785FE8B" w14:textId="77777777" w:rsidR="00987FE2" w:rsidRPr="00587E87" w:rsidRDefault="00000000">
      <w:pPr>
        <w:rPr>
          <w:lang w:val="de-DE"/>
        </w:rPr>
      </w:pPr>
      <w:r w:rsidRPr="00587E87">
        <w:rPr>
          <w:b/>
          <w:color w:val="747B6D"/>
          <w:lang w:val="de-DE"/>
        </w:rPr>
        <w:t>Folgen des Widerrufs</w:t>
      </w:r>
    </w:p>
    <w:p w14:paraId="2A82E49A" w14:textId="77777777" w:rsidR="00987FE2" w:rsidRPr="00587E87" w:rsidRDefault="00000000">
      <w:pPr>
        <w:rPr>
          <w:lang w:val="de-DE"/>
        </w:rPr>
      </w:pPr>
      <w:r w:rsidRPr="00587E87">
        <w:rPr>
          <w:lang w:val="de-DE"/>
        </w:rPr>
        <w:t>Wenn Sie diesen Vertrag widerrufen, haben wir Ihnen alle Zahlungen, die wir von Ihnen erhalten haben, unverzüglich und spätestens binnen 14 Tagen ab dem Tag zurückzuzahlen, an dem die Mitteilung über Ihren Widerruf dieses Vertrags bei uns eingegangen ist.</w:t>
      </w:r>
    </w:p>
    <w:p w14:paraId="7A88B412" w14:textId="77777777" w:rsidR="00987FE2" w:rsidRPr="00587E87" w:rsidRDefault="00000000">
      <w:pPr>
        <w:rPr>
          <w:lang w:val="de-DE"/>
        </w:rPr>
      </w:pPr>
      <w:r w:rsidRPr="00587E87">
        <w:rPr>
          <w:lang w:val="de-DE"/>
        </w:rPr>
        <w:t>Haben Sie verlangt, dass die Dienstleistungen während der Widerrufsfrist beginnen sollen, so haben Sie uns einen angemessenen Betrag zu zahlen, der dem Anteil der bis zu dem Zeitpunkt, zu dem Sie uns von der Ausübung des Widerrufsrechts hinsichtlich dieses Vertrags unterrichten, bereits erbrachten Dienstleistungen entspricht.</w:t>
      </w:r>
    </w:p>
    <w:p w14:paraId="6971055B" w14:textId="77777777" w:rsidR="00987FE2" w:rsidRPr="00587E87" w:rsidRDefault="00000000">
      <w:pPr>
        <w:pStyle w:val="berschrift1"/>
        <w:pBdr>
          <w:bottom w:val="single" w:sz="6" w:space="4" w:color="D9D1C4"/>
        </w:pBdr>
        <w:rPr>
          <w:lang w:val="de-DE"/>
        </w:rPr>
      </w:pPr>
      <w:r w:rsidRPr="00587E87">
        <w:rPr>
          <w:lang w:val="de-DE"/>
        </w:rPr>
        <w:t>§10 Datenschutz (DSGVO)</w:t>
      </w:r>
    </w:p>
    <w:p w14:paraId="2FE766C6" w14:textId="77777777" w:rsidR="00987FE2" w:rsidRPr="00587E87" w:rsidRDefault="00000000">
      <w:pPr>
        <w:rPr>
          <w:lang w:val="de-DE"/>
        </w:rPr>
      </w:pPr>
      <w:r w:rsidRPr="00587E87">
        <w:rPr>
          <w:lang w:val="de-DE"/>
        </w:rPr>
        <w:t>Der Makler erhebt, verarbeitet und nutzt personenbezogene Daten des Auftraggebers ausschließlich im Rahmen der gesetzlichen Bestimmungen (DSGVO).</w:t>
      </w:r>
    </w:p>
    <w:p w14:paraId="5B5E974A" w14:textId="77777777" w:rsidR="00987FE2" w:rsidRPr="00587E87" w:rsidRDefault="00000000">
      <w:pPr>
        <w:rPr>
          <w:lang w:val="de-DE"/>
        </w:rPr>
      </w:pPr>
      <w:r w:rsidRPr="00587E87">
        <w:rPr>
          <w:lang w:val="de-DE"/>
        </w:rPr>
        <w:t>Die Daten werden ausschließlich zur Durchführung des Maklerauftrags verwendet.</w:t>
      </w:r>
    </w:p>
    <w:p w14:paraId="56DED829" w14:textId="77777777" w:rsidR="00987FE2" w:rsidRPr="00587E87" w:rsidRDefault="00000000">
      <w:pPr>
        <w:rPr>
          <w:lang w:val="de-DE"/>
        </w:rPr>
      </w:pPr>
      <w:r w:rsidRPr="00587E87">
        <w:rPr>
          <w:lang w:val="de-DE"/>
        </w:rPr>
        <w:t>Eine Weitergabe an Dritte erfolgt nur, soweit dies zur Vertragsabwicklung erforderlich ist (z. B. an Interessenten, Notare, Banken).</w:t>
      </w:r>
    </w:p>
    <w:p w14:paraId="3E177469" w14:textId="77777777" w:rsidR="00987FE2" w:rsidRPr="00587E87" w:rsidRDefault="00000000">
      <w:pPr>
        <w:rPr>
          <w:lang w:val="de-DE"/>
        </w:rPr>
      </w:pPr>
      <w:r w:rsidRPr="00587E87">
        <w:rPr>
          <w:lang w:val="de-DE"/>
        </w:rPr>
        <w:t>Der Auftraggeber hat das Recht auf Auskunft, Berichtigung, Löschung und Einschränkung der Verarbeitung seiner Daten sowie ein Beschwerderecht bei der zuständigen Aufsichtsbehörde.</w:t>
      </w:r>
    </w:p>
    <w:p w14:paraId="24D9BFFB" w14:textId="77777777" w:rsidR="00987FE2" w:rsidRPr="00587E87" w:rsidRDefault="00000000">
      <w:pPr>
        <w:pStyle w:val="berschrift1"/>
        <w:pBdr>
          <w:bottom w:val="single" w:sz="6" w:space="4" w:color="D9D1C4"/>
        </w:pBdr>
        <w:rPr>
          <w:lang w:val="de-DE"/>
        </w:rPr>
      </w:pPr>
      <w:r w:rsidRPr="00587E87">
        <w:rPr>
          <w:lang w:val="de-DE"/>
        </w:rPr>
        <w:t>§11 Schlussbestimmungen</w:t>
      </w:r>
    </w:p>
    <w:p w14:paraId="50A6BFDF" w14:textId="77777777" w:rsidR="00987FE2" w:rsidRPr="00587E87" w:rsidRDefault="00000000">
      <w:pPr>
        <w:rPr>
          <w:lang w:val="de-DE"/>
        </w:rPr>
      </w:pPr>
      <w:r w:rsidRPr="00587E87">
        <w:rPr>
          <w:lang w:val="de-DE"/>
        </w:rPr>
        <w:t>Änderungen bedürfen der Schriftform.</w:t>
      </w:r>
    </w:p>
    <w:p w14:paraId="281BB6FD" w14:textId="77777777" w:rsidR="00987FE2" w:rsidRPr="00587E87" w:rsidRDefault="00987FE2">
      <w:pPr>
        <w:spacing w:after="40"/>
        <w:rPr>
          <w:lang w:val="de-DE"/>
        </w:rPr>
      </w:pPr>
    </w:p>
    <w:tbl>
      <w:tblPr>
        <w:tblW w:w="0" w:type="auto"/>
        <w:tblLayout w:type="fixed"/>
        <w:tblLook w:val="04A0" w:firstRow="1" w:lastRow="0" w:firstColumn="1" w:lastColumn="0" w:noHBand="0" w:noVBand="1"/>
      </w:tblPr>
      <w:tblGrid>
        <w:gridCol w:w="2324"/>
        <w:gridCol w:w="6690"/>
      </w:tblGrid>
      <w:tr w:rsidR="00987FE2" w14:paraId="64BF1BD1" w14:textId="77777777">
        <w:tc>
          <w:tcPr>
            <w:tcW w:w="2324" w:type="dxa"/>
            <w:shd w:val="clear" w:color="auto" w:fill="F3F0E9"/>
            <w:tcMar>
              <w:top w:w="100" w:type="dxa"/>
              <w:left w:w="110" w:type="dxa"/>
              <w:bottom w:w="100" w:type="dxa"/>
              <w:right w:w="110" w:type="dxa"/>
            </w:tcMar>
            <w:vAlign w:val="center"/>
          </w:tcPr>
          <w:p w14:paraId="4A47CDBE" w14:textId="77777777" w:rsidR="00987FE2" w:rsidRDefault="00000000">
            <w:pPr>
              <w:spacing w:after="0"/>
            </w:pPr>
            <w:r>
              <w:rPr>
                <w:b/>
                <w:color w:val="747B6D"/>
                <w:sz w:val="14"/>
              </w:rPr>
              <w:t>ORT, DATUM</w:t>
            </w:r>
          </w:p>
        </w:tc>
        <w:tc>
          <w:tcPr>
            <w:tcW w:w="6690" w:type="dxa"/>
            <w:tcMar>
              <w:top w:w="100" w:type="dxa"/>
              <w:left w:w="110" w:type="dxa"/>
              <w:bottom w:w="100" w:type="dxa"/>
              <w:right w:w="110" w:type="dxa"/>
            </w:tcMar>
            <w:vAlign w:val="center"/>
          </w:tcPr>
          <w:p w14:paraId="3FACD6F4" w14:textId="77777777" w:rsidR="00987FE2" w:rsidRDefault="00000000">
            <w:pPr>
              <w:spacing w:after="0"/>
            </w:pPr>
            <w:r>
              <w:rPr>
                <w:sz w:val="19"/>
              </w:rPr>
              <w:t>____________________________________________</w:t>
            </w:r>
          </w:p>
        </w:tc>
      </w:tr>
    </w:tbl>
    <w:p w14:paraId="129AFE37" w14:textId="77777777" w:rsidR="00987FE2" w:rsidRDefault="00987FE2">
      <w:pPr>
        <w:spacing w:after="0"/>
      </w:pPr>
    </w:p>
    <w:tbl>
      <w:tblPr>
        <w:tblW w:w="0" w:type="auto"/>
        <w:jc w:val="center"/>
        <w:tblLook w:val="04A0" w:firstRow="1" w:lastRow="0" w:firstColumn="1" w:lastColumn="0" w:noHBand="0" w:noVBand="1"/>
      </w:tblPr>
      <w:tblGrid>
        <w:gridCol w:w="4986"/>
        <w:gridCol w:w="4986"/>
      </w:tblGrid>
      <w:tr w:rsidR="00987FE2" w14:paraId="3E5FAAC2" w14:textId="77777777">
        <w:trPr>
          <w:jc w:val="center"/>
        </w:trPr>
        <w:tc>
          <w:tcPr>
            <w:tcW w:w="4986" w:type="dxa"/>
            <w:tcMar>
              <w:top w:w="80" w:type="dxa"/>
              <w:left w:w="140" w:type="dxa"/>
              <w:bottom w:w="80" w:type="dxa"/>
              <w:right w:w="140" w:type="dxa"/>
            </w:tcMar>
          </w:tcPr>
          <w:p w14:paraId="5F173CED" w14:textId="77777777" w:rsidR="00987FE2" w:rsidRDefault="00000000">
            <w:pPr>
              <w:jc w:val="center"/>
            </w:pPr>
            <w:r>
              <w:t>________________________________</w:t>
            </w:r>
          </w:p>
        </w:tc>
        <w:tc>
          <w:tcPr>
            <w:tcW w:w="4986" w:type="dxa"/>
            <w:tcMar>
              <w:top w:w="80" w:type="dxa"/>
              <w:left w:w="140" w:type="dxa"/>
              <w:bottom w:w="80" w:type="dxa"/>
              <w:right w:w="140" w:type="dxa"/>
            </w:tcMar>
          </w:tcPr>
          <w:p w14:paraId="19892BBD" w14:textId="77777777" w:rsidR="00987FE2" w:rsidRDefault="00000000">
            <w:pPr>
              <w:jc w:val="center"/>
            </w:pPr>
            <w:r>
              <w:t>________________________________</w:t>
            </w:r>
          </w:p>
        </w:tc>
      </w:tr>
      <w:tr w:rsidR="00987FE2" w14:paraId="7E434C7D" w14:textId="77777777">
        <w:trPr>
          <w:jc w:val="center"/>
        </w:trPr>
        <w:tc>
          <w:tcPr>
            <w:tcW w:w="4986" w:type="dxa"/>
            <w:tcMar>
              <w:top w:w="80" w:type="dxa"/>
              <w:left w:w="140" w:type="dxa"/>
              <w:bottom w:w="80" w:type="dxa"/>
              <w:right w:w="140" w:type="dxa"/>
            </w:tcMar>
          </w:tcPr>
          <w:p w14:paraId="772697AF" w14:textId="77777777" w:rsidR="00987FE2" w:rsidRDefault="00000000">
            <w:pPr>
              <w:jc w:val="center"/>
            </w:pPr>
            <w:r>
              <w:rPr>
                <w:color w:val="747B6D"/>
                <w:sz w:val="17"/>
              </w:rPr>
              <w:t>Unterschrift Auftraggeber</w:t>
            </w:r>
          </w:p>
        </w:tc>
        <w:tc>
          <w:tcPr>
            <w:tcW w:w="4986" w:type="dxa"/>
            <w:tcMar>
              <w:top w:w="80" w:type="dxa"/>
              <w:left w:w="140" w:type="dxa"/>
              <w:bottom w:w="80" w:type="dxa"/>
              <w:right w:w="140" w:type="dxa"/>
            </w:tcMar>
          </w:tcPr>
          <w:p w14:paraId="1E961228" w14:textId="77777777" w:rsidR="00987FE2" w:rsidRDefault="00000000">
            <w:pPr>
              <w:jc w:val="center"/>
            </w:pPr>
            <w:r>
              <w:rPr>
                <w:color w:val="747B6D"/>
                <w:sz w:val="17"/>
              </w:rPr>
              <w:t>Unterschrift Makler</w:t>
            </w:r>
          </w:p>
        </w:tc>
      </w:tr>
    </w:tbl>
    <w:p w14:paraId="76DA4DF2" w14:textId="77777777" w:rsidR="00755BFB" w:rsidRDefault="00755BFB"/>
    <w:sectPr w:rsidR="00755BFB" w:rsidSect="00034616">
      <w:headerReference w:type="default" r:id="rId8"/>
      <w:footerReference w:type="default" r:id="rId9"/>
      <w:pgSz w:w="12240" w:h="15840"/>
      <w:pgMar w:top="935" w:right="1134" w:bottom="879"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1C554" w14:textId="77777777" w:rsidR="00755BFB" w:rsidRDefault="00755BFB">
      <w:pPr>
        <w:spacing w:after="0" w:line="240" w:lineRule="auto"/>
      </w:pPr>
      <w:r>
        <w:separator/>
      </w:r>
    </w:p>
  </w:endnote>
  <w:endnote w:type="continuationSeparator" w:id="0">
    <w:p w14:paraId="07F82E0E" w14:textId="77777777" w:rsidR="00755BFB" w:rsidRDefault="00755B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B9B0B" w14:textId="77777777" w:rsidR="00987FE2" w:rsidRDefault="00000000">
    <w:pPr>
      <w:pStyle w:val="Fuzeile"/>
      <w:jc w:val="center"/>
    </w:pPr>
    <w:proofErr w:type="spellStart"/>
    <w:r>
      <w:rPr>
        <w:color w:val="747B6D"/>
        <w:sz w:val="14"/>
      </w:rPr>
      <w:t>SiMar</w:t>
    </w:r>
    <w:proofErr w:type="spellEnd"/>
    <w:r>
      <w:rPr>
        <w:color w:val="747B6D"/>
        <w:sz w:val="14"/>
      </w:rPr>
      <w:t xml:space="preserve"> </w:t>
    </w:r>
    <w:proofErr w:type="spellStart"/>
    <w:proofErr w:type="gramStart"/>
    <w:r>
      <w:rPr>
        <w:color w:val="747B6D"/>
        <w:sz w:val="14"/>
      </w:rPr>
      <w:t>Immobilien</w:t>
    </w:r>
    <w:proofErr w:type="spellEnd"/>
    <w:r>
      <w:rPr>
        <w:color w:val="747B6D"/>
        <w:sz w:val="14"/>
      </w:rPr>
      <w:t xml:space="preserve">  •</w:t>
    </w:r>
    <w:proofErr w:type="gramEnd"/>
    <w:r>
      <w:rPr>
        <w:color w:val="747B6D"/>
        <w:sz w:val="14"/>
      </w:rPr>
      <w:t xml:space="preserve">  </w:t>
    </w:r>
    <w:proofErr w:type="spellStart"/>
    <w:proofErr w:type="gramStart"/>
    <w:r>
      <w:rPr>
        <w:color w:val="747B6D"/>
        <w:sz w:val="14"/>
      </w:rPr>
      <w:t>Maklerauftrag</w:t>
    </w:r>
    <w:proofErr w:type="spellEnd"/>
    <w:r>
      <w:rPr>
        <w:color w:val="747B6D"/>
        <w:sz w:val="14"/>
      </w:rPr>
      <w:t xml:space="preserve">  •</w:t>
    </w:r>
    <w:proofErr w:type="gramEnd"/>
    <w:r>
      <w:rPr>
        <w:color w:val="747B6D"/>
        <w:sz w:val="14"/>
      </w:rPr>
      <w:t xml:space="preserve">  </w:t>
    </w:r>
    <w:proofErr w:type="spellStart"/>
    <w:r>
      <w:rPr>
        <w:color w:val="747B6D"/>
        <w:sz w:val="14"/>
      </w:rPr>
      <w:t>Seite</w:t>
    </w:r>
    <w:proofErr w:type="spellEnd"/>
    <w:r>
      <w:rPr>
        <w:color w:val="747B6D"/>
        <w:sz w:val="14"/>
      </w:rPr>
      <w:t xml:space="preserve"> </w:t>
    </w:r>
    <w:r>
      <w:fldChar w:fldCharType="begin"/>
    </w:r>
    <w:r>
      <w:instrText>PAGE</w:instrText>
    </w:r>
    <w:r>
      <w:fldChar w:fldCharType="separate"/>
    </w:r>
    <w:r w:rsidR="00587E8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06142" w14:textId="77777777" w:rsidR="00755BFB" w:rsidRDefault="00755BFB">
      <w:pPr>
        <w:spacing w:after="0" w:line="240" w:lineRule="auto"/>
      </w:pPr>
      <w:r>
        <w:separator/>
      </w:r>
    </w:p>
  </w:footnote>
  <w:footnote w:type="continuationSeparator" w:id="0">
    <w:p w14:paraId="2D3915DC" w14:textId="77777777" w:rsidR="00755BFB" w:rsidRDefault="00755B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A2C78" w14:textId="77777777" w:rsidR="00987FE2" w:rsidRDefault="00000000">
    <w:pPr>
      <w:pStyle w:val="Kopfzeile"/>
      <w:jc w:val="right"/>
    </w:pPr>
    <w:proofErr w:type="spellStart"/>
    <w:r>
      <w:rPr>
        <w:rFonts w:ascii="Georgia" w:hAnsi="Georgia"/>
        <w:sz w:val="32"/>
      </w:rPr>
      <w:t>SiMar</w:t>
    </w:r>
    <w:proofErr w:type="spellEnd"/>
    <w:r>
      <w:rPr>
        <w:color w:val="747B6D"/>
        <w:sz w:val="12"/>
      </w:rPr>
      <w:br/>
      <w:t xml:space="preserve">I M </w:t>
    </w:r>
    <w:proofErr w:type="spellStart"/>
    <w:r>
      <w:rPr>
        <w:color w:val="747B6D"/>
        <w:sz w:val="12"/>
      </w:rPr>
      <w:t>M</w:t>
    </w:r>
    <w:proofErr w:type="spellEnd"/>
    <w:r>
      <w:rPr>
        <w:color w:val="747B6D"/>
        <w:sz w:val="12"/>
      </w:rPr>
      <w:t xml:space="preserve"> O B I L I E 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619921092">
    <w:abstractNumId w:val="8"/>
  </w:num>
  <w:num w:numId="2" w16cid:durableId="1860730496">
    <w:abstractNumId w:val="6"/>
  </w:num>
  <w:num w:numId="3" w16cid:durableId="113670608">
    <w:abstractNumId w:val="5"/>
  </w:num>
  <w:num w:numId="4" w16cid:durableId="821385218">
    <w:abstractNumId w:val="4"/>
  </w:num>
  <w:num w:numId="5" w16cid:durableId="2037854197">
    <w:abstractNumId w:val="7"/>
  </w:num>
  <w:num w:numId="6" w16cid:durableId="410741505">
    <w:abstractNumId w:val="3"/>
  </w:num>
  <w:num w:numId="7" w16cid:durableId="1810316570">
    <w:abstractNumId w:val="2"/>
  </w:num>
  <w:num w:numId="8" w16cid:durableId="460344556">
    <w:abstractNumId w:val="1"/>
  </w:num>
  <w:num w:numId="9" w16cid:durableId="1175071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4aMXOlG7y0jXPwTrupY2WNQ/P4kneXbYNJtZ4f1AGS9hDCxCqA+tXp36D9YTXgeeFmQ1MP/1I2t3aRcn7UIi4Q==" w:salt="LF7+uGtSkGtfMCFRlFZ7tg=="/>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87E87"/>
    <w:rsid w:val="00755BFB"/>
    <w:rsid w:val="00987FE2"/>
    <w:rsid w:val="00AA0AA9"/>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6C8657"/>
  <w14:defaultImageDpi w14:val="300"/>
  <w15:docId w15:val="{05622F9E-13D6-4A1D-AE3D-1B029C4E6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00" w:line="259" w:lineRule="auto"/>
    </w:pPr>
    <w:rPr>
      <w:rFonts w:ascii="Aptos" w:hAnsi="Aptos"/>
      <w:color w:val="252726"/>
      <w:sz w:val="20"/>
    </w:rPr>
  </w:style>
  <w:style w:type="paragraph" w:styleId="berschrift1">
    <w:name w:val="heading 1"/>
    <w:basedOn w:val="Standard"/>
    <w:next w:val="Standard"/>
    <w:link w:val="berschrift1Zchn"/>
    <w:uiPriority w:val="9"/>
    <w:qFormat/>
    <w:rsid w:val="00FC693F"/>
    <w:pPr>
      <w:keepNext/>
      <w:keepLines/>
      <w:spacing w:before="200" w:after="80"/>
      <w:outlineLvl w:val="0"/>
    </w:pPr>
    <w:rPr>
      <w:rFonts w:asciiTheme="majorHAnsi" w:eastAsiaTheme="majorEastAsia" w:hAnsiTheme="majorHAnsi" w:cstheme="majorBidi"/>
      <w:bCs/>
      <w:sz w:val="31"/>
      <w:szCs w:val="28"/>
    </w:rPr>
  </w:style>
  <w:style w:type="paragraph" w:styleId="berschrift2">
    <w:name w:val="heading 2"/>
    <w:basedOn w:val="Standard"/>
    <w:next w:val="Standard"/>
    <w:link w:val="berschrift2Zchn"/>
    <w:uiPriority w:val="9"/>
    <w:unhideWhenUsed/>
    <w:qFormat/>
    <w:rsid w:val="00FC693F"/>
    <w:pPr>
      <w:keepNext/>
      <w:keepLines/>
      <w:spacing w:before="200" w:after="80"/>
      <w:outlineLvl w:val="1"/>
    </w:pPr>
    <w:rPr>
      <w:rFonts w:asciiTheme="majorHAnsi" w:eastAsiaTheme="majorEastAsia" w:hAnsiTheme="majorHAnsi" w:cstheme="majorBidi"/>
      <w:b/>
      <w:bCs/>
      <w:sz w:val="22"/>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latzhaltertext">
    <w:name w:val="Placeholder Text"/>
    <w:basedOn w:val="Absatz-Standardschriftart"/>
    <w:uiPriority w:val="99"/>
    <w:semiHidden/>
    <w:rsid w:val="00587E8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D076AF89-6760-467A-A1CB-358FC4538A10}"/>
      </w:docPartPr>
      <w:docPartBody>
        <w:p w:rsidR="00000000" w:rsidRDefault="00392670">
          <w:r w:rsidRPr="008B2E73">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670"/>
    <w:rsid w:val="00392670"/>
    <w:rsid w:val="00AA0AA9"/>
    <w:rsid w:val="00C65CA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92670"/>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480</Words>
  <Characters>3027</Characters>
  <Application>Microsoft Office Word</Application>
  <DocSecurity>0</DocSecurity>
  <Lines>25</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Maklerauftrag – SiMar Immobilien</dc:title>
  <dc:subject>Maklerauftrag mit Widerrufsbelehrung und Datenschutz</dc:subject>
  <dc:creator>SiMar Immobilien – Simon &amp; Marvin Kukulla</dc:creator>
  <cp:keywords/>
  <dc:description>generated by python-docx</dc:description>
  <cp:lastModifiedBy>Besjanda Berisha</cp:lastModifiedBy>
  <cp:revision>2</cp:revision>
  <dcterms:created xsi:type="dcterms:W3CDTF">2013-12-23T23:15:00Z</dcterms:created>
  <dcterms:modified xsi:type="dcterms:W3CDTF">2026-10-10T14:25:00Z</dcterms:modified>
  <cp:category/>
</cp:coreProperties>
</file>