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416B9" w14:textId="77777777" w:rsidR="00915E85" w:rsidRPr="0004025C" w:rsidRDefault="00000000">
      <w:pPr>
        <w:spacing w:before="40" w:after="40"/>
        <w:rPr>
          <w:lang w:val="de-DE"/>
        </w:rPr>
      </w:pPr>
      <w:proofErr w:type="gramStart"/>
      <w:r w:rsidRPr="0004025C">
        <w:rPr>
          <w:b/>
          <w:color w:val="747B6D"/>
          <w:sz w:val="15"/>
          <w:lang w:val="de-DE"/>
        </w:rPr>
        <w:t>IMMOBILIENVERMITTLUNG  •</w:t>
      </w:r>
      <w:proofErr w:type="gramEnd"/>
      <w:r w:rsidRPr="0004025C">
        <w:rPr>
          <w:b/>
          <w:color w:val="747B6D"/>
          <w:sz w:val="15"/>
          <w:lang w:val="de-DE"/>
        </w:rPr>
        <w:t xml:space="preserve">  KÄUFER</w:t>
      </w:r>
    </w:p>
    <w:p w14:paraId="259899AA" w14:textId="77777777" w:rsidR="00915E85" w:rsidRPr="0004025C" w:rsidRDefault="00000000">
      <w:pPr>
        <w:pBdr>
          <w:bottom w:val="single" w:sz="14" w:space="4" w:color="747B6D"/>
        </w:pBdr>
        <w:spacing w:before="40" w:after="40"/>
        <w:rPr>
          <w:lang w:val="de-DE"/>
        </w:rPr>
      </w:pPr>
      <w:r w:rsidRPr="0004025C">
        <w:rPr>
          <w:rFonts w:ascii="Georgia" w:hAnsi="Georgia"/>
          <w:sz w:val="54"/>
          <w:lang w:val="de-DE"/>
        </w:rPr>
        <w:t>Käufer-</w:t>
      </w:r>
      <w:r w:rsidRPr="0004025C">
        <w:rPr>
          <w:rFonts w:ascii="Georgia" w:hAnsi="Georgia"/>
          <w:sz w:val="54"/>
          <w:lang w:val="de-DE"/>
        </w:rPr>
        <w:br/>
        <w:t>Provisionsbestätigung</w:t>
      </w:r>
    </w:p>
    <w:p w14:paraId="6A4BDC28" w14:textId="77777777" w:rsidR="00915E85" w:rsidRPr="0004025C" w:rsidRDefault="00000000">
      <w:pPr>
        <w:spacing w:before="40" w:after="40"/>
        <w:rPr>
          <w:lang w:val="de-DE"/>
        </w:rPr>
      </w:pPr>
      <w:r w:rsidRPr="0004025C">
        <w:rPr>
          <w:color w:val="747B6D"/>
          <w:lang w:val="de-DE"/>
        </w:rPr>
        <w:t>SiMar Immobilien • Simon &amp; Marvin Kukulla • An der Steig 31, 78464 Konstanz</w:t>
      </w:r>
    </w:p>
    <w:p w14:paraId="7B49DCB8" w14:textId="77777777" w:rsidR="00915E85" w:rsidRPr="0004025C" w:rsidRDefault="00000000">
      <w:pPr>
        <w:pStyle w:val="berschrift1"/>
        <w:pBdr>
          <w:bottom w:val="single" w:sz="6" w:space="4" w:color="D9D1C4"/>
        </w:pBdr>
        <w:spacing w:before="40"/>
        <w:rPr>
          <w:lang w:val="de-DE"/>
        </w:rPr>
      </w:pPr>
      <w:r w:rsidRPr="0004025C">
        <w:rPr>
          <w:lang w:val="de-DE"/>
        </w:rPr>
        <w:t>§1 Objekt</w:t>
      </w:r>
    </w:p>
    <w:p w14:paraId="5BA57827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Der Unterzeichner bestätigt sein Interesse an folgendem Objekt: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803"/>
      </w:tblGrid>
      <w:tr w:rsidR="00915E85" w14:paraId="7167AE38" w14:textId="77777777">
        <w:tc>
          <w:tcPr>
            <w:tcW w:w="2268" w:type="dxa"/>
            <w:shd w:val="clear" w:color="auto" w:fill="F3F0E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FF4D00" w14:textId="77777777" w:rsidR="00915E85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OBJEKT</w:t>
            </w:r>
          </w:p>
        </w:tc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sdt>
            <w:sdtPr>
              <w:id w:val="-2078896356"/>
              <w:placeholder>
                <w:docPart w:val="DefaultPlaceholder_-1854013440"/>
              </w:placeholder>
            </w:sdtPr>
            <w:sdtContent>
              <w:p w14:paraId="5E39FB39" w14:textId="28435EDB" w:rsidR="00915E85" w:rsidRDefault="00000000">
                <w:pPr>
                  <w:spacing w:after="0"/>
                </w:pPr>
                <w:r>
                  <w:t>[</w:t>
                </w:r>
                <w:proofErr w:type="spellStart"/>
                <w:r>
                  <w:t>Adresse</w:t>
                </w:r>
                <w:proofErr w:type="spellEnd"/>
                <w:r>
                  <w:t xml:space="preserve"> / </w:t>
                </w:r>
                <w:proofErr w:type="spellStart"/>
                <w:r>
                  <w:t>Beschreibung</w:t>
                </w:r>
                <w:proofErr w:type="spellEnd"/>
                <w:r>
                  <w:t xml:space="preserve"> der </w:t>
                </w:r>
                <w:proofErr w:type="spellStart"/>
                <w:r>
                  <w:t>Immobilie</w:t>
                </w:r>
                <w:proofErr w:type="spellEnd"/>
                <w:r>
                  <w:t>]</w:t>
                </w:r>
              </w:p>
            </w:sdtContent>
          </w:sdt>
        </w:tc>
      </w:tr>
    </w:tbl>
    <w:p w14:paraId="3193857E" w14:textId="77777777" w:rsidR="00915E85" w:rsidRDefault="00915E85">
      <w:pPr>
        <w:spacing w:after="0" w:line="168" w:lineRule="auto"/>
      </w:pPr>
    </w:p>
    <w:p w14:paraId="03750307" w14:textId="77777777" w:rsidR="00915E85" w:rsidRDefault="00000000">
      <w:pPr>
        <w:pStyle w:val="berschrift1"/>
        <w:pBdr>
          <w:bottom w:val="single" w:sz="6" w:space="4" w:color="D9D1C4"/>
        </w:pBdr>
      </w:pPr>
      <w:r>
        <w:t>§2 Makler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803"/>
      </w:tblGrid>
      <w:tr w:rsidR="00915E85" w:rsidRPr="0004025C" w14:paraId="749008B6" w14:textId="77777777">
        <w:tc>
          <w:tcPr>
            <w:tcW w:w="2268" w:type="dxa"/>
            <w:shd w:val="clear" w:color="auto" w:fill="F3F0E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01C543" w14:textId="77777777" w:rsidR="00915E85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MAKLER</w:t>
            </w:r>
          </w:p>
        </w:tc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F96B23" w14:textId="77777777" w:rsidR="00915E85" w:rsidRPr="0004025C" w:rsidRDefault="00000000">
            <w:pPr>
              <w:spacing w:after="0"/>
              <w:rPr>
                <w:lang w:val="de-DE"/>
              </w:rPr>
            </w:pPr>
            <w:r w:rsidRPr="0004025C">
              <w:rPr>
                <w:lang w:val="de-DE"/>
              </w:rPr>
              <w:t>SiMar Immobilien – Simon &amp; Marvin Kukulla</w:t>
            </w:r>
            <w:r w:rsidRPr="0004025C">
              <w:rPr>
                <w:lang w:val="de-DE"/>
              </w:rPr>
              <w:br/>
              <w:t>An der Steig 31, 78464 Konstanz</w:t>
            </w:r>
          </w:p>
        </w:tc>
      </w:tr>
    </w:tbl>
    <w:p w14:paraId="54AB16A4" w14:textId="77777777" w:rsidR="00915E85" w:rsidRPr="0004025C" w:rsidRDefault="00915E85">
      <w:pPr>
        <w:spacing w:after="0" w:line="168" w:lineRule="auto"/>
        <w:rPr>
          <w:lang w:val="de-DE"/>
        </w:rPr>
      </w:pPr>
    </w:p>
    <w:p w14:paraId="42907A67" w14:textId="77777777" w:rsidR="00915E85" w:rsidRPr="0004025C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04025C">
        <w:rPr>
          <w:lang w:val="de-DE"/>
        </w:rPr>
        <w:t>§3 Provision</w:t>
      </w:r>
    </w:p>
    <w:p w14:paraId="3BB49FAE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Dem Käufer ist bekannt, dass im Falle des Abschlusses eines notariellen Kaufvertrages eine Provision in Höhe von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915E85" w14:paraId="17BA953F" w14:textId="77777777">
        <w:tc>
          <w:tcPr>
            <w:tcW w:w="9972" w:type="dxa"/>
            <w:shd w:val="clear" w:color="auto" w:fill="F3F0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B5E9D05" w14:textId="77777777" w:rsidR="00915E85" w:rsidRDefault="00000000">
            <w:pPr>
              <w:spacing w:after="0"/>
              <w:jc w:val="center"/>
            </w:pPr>
            <w:r>
              <w:rPr>
                <w:rFonts w:ascii="Georgia" w:hAnsi="Georgia"/>
                <w:sz w:val="36"/>
              </w:rPr>
              <w:t>3,57 % inkl. MwSt.</w:t>
            </w:r>
            <w:r>
              <w:rPr>
                <w:color w:val="747B6D"/>
                <w:sz w:val="20"/>
              </w:rPr>
              <w:t xml:space="preserve">  des Kaufpreises</w:t>
            </w:r>
          </w:p>
        </w:tc>
      </w:tr>
    </w:tbl>
    <w:p w14:paraId="6BFC4FDA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an den Makler zu zahlen ist.</w:t>
      </w:r>
    </w:p>
    <w:p w14:paraId="4990405A" w14:textId="77777777" w:rsidR="00915E85" w:rsidRPr="0004025C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04025C">
        <w:rPr>
          <w:lang w:val="de-DE"/>
        </w:rPr>
        <w:t>§4 Fälligkeit</w:t>
      </w:r>
    </w:p>
    <w:p w14:paraId="3E0194BD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Die Provision wird mit Abschluss des notariellen Kaufvertrages fällig.</w:t>
      </w:r>
    </w:p>
    <w:p w14:paraId="5DB3DA8B" w14:textId="77777777" w:rsidR="00915E85" w:rsidRPr="0004025C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04025C">
        <w:rPr>
          <w:lang w:val="de-DE"/>
        </w:rPr>
        <w:t>§5 Nachweis</w:t>
      </w:r>
    </w:p>
    <w:p w14:paraId="57D3F610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Der Käufer bestätigt, dass er durch den Makler auf das Objekt aufmerksam gemacht wurde.</w:t>
      </w:r>
    </w:p>
    <w:p w14:paraId="7993AF68" w14:textId="77777777" w:rsidR="00915E85" w:rsidRPr="0004025C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04025C">
        <w:rPr>
          <w:lang w:val="de-DE"/>
        </w:rPr>
        <w:t>§6 Datenschutz</w:t>
      </w:r>
    </w:p>
    <w:p w14:paraId="31BD22B1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Der Käufer stimmt der Verarbeitung seiner Daten im Rahmen der Vermittlung gemäß DSGVO zu.</w:t>
      </w:r>
    </w:p>
    <w:p w14:paraId="3FE8A828" w14:textId="77777777" w:rsidR="00915E85" w:rsidRPr="0004025C" w:rsidRDefault="00000000">
      <w:pPr>
        <w:pStyle w:val="berschrift1"/>
        <w:pBdr>
          <w:bottom w:val="single" w:sz="6" w:space="4" w:color="D9D1C4"/>
        </w:pBdr>
        <w:rPr>
          <w:lang w:val="de-DE"/>
        </w:rPr>
      </w:pPr>
      <w:r w:rsidRPr="0004025C">
        <w:rPr>
          <w:lang w:val="de-DE"/>
        </w:rPr>
        <w:t>§7 Schlussbestimmungen</w:t>
      </w:r>
    </w:p>
    <w:p w14:paraId="5B87E7C9" w14:textId="77777777" w:rsidR="00915E85" w:rsidRPr="0004025C" w:rsidRDefault="00000000">
      <w:pPr>
        <w:rPr>
          <w:lang w:val="de-DE"/>
        </w:rPr>
      </w:pPr>
      <w:r w:rsidRPr="0004025C">
        <w:rPr>
          <w:lang w:val="de-DE"/>
        </w:rPr>
        <w:t>Änderungen bedürfen der Schriftform.</w:t>
      </w:r>
    </w:p>
    <w:p w14:paraId="07D40162" w14:textId="77777777" w:rsidR="00915E85" w:rsidRPr="0004025C" w:rsidRDefault="00915E85">
      <w:pPr>
        <w:spacing w:after="0" w:line="168" w:lineRule="auto"/>
        <w:rPr>
          <w:lang w:val="de-D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6803"/>
      </w:tblGrid>
      <w:tr w:rsidR="00915E85" w14:paraId="391BFEDD" w14:textId="77777777">
        <w:tc>
          <w:tcPr>
            <w:tcW w:w="2268" w:type="dxa"/>
            <w:shd w:val="clear" w:color="auto" w:fill="F3F0E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45CDA3" w14:textId="77777777" w:rsidR="00915E85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ORT, DATUM</w:t>
            </w:r>
          </w:p>
        </w:tc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ED987" w14:textId="77777777" w:rsidR="00915E85" w:rsidRDefault="00000000">
            <w:pPr>
              <w:spacing w:after="0"/>
            </w:pPr>
            <w:r>
              <w:t>____________________________________________</w:t>
            </w:r>
          </w:p>
        </w:tc>
      </w:tr>
    </w:tbl>
    <w:p w14:paraId="020D30A4" w14:textId="77777777" w:rsidR="00915E85" w:rsidRDefault="00915E85">
      <w:pPr>
        <w:spacing w:after="0" w:line="168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915E85" w14:paraId="1BB024BC" w14:textId="77777777">
        <w:trPr>
          <w:jc w:val="center"/>
        </w:trPr>
        <w:tc>
          <w:tcPr>
            <w:tcW w:w="4986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0FBA93" w14:textId="77777777" w:rsidR="00915E85" w:rsidRDefault="00000000">
            <w:pPr>
              <w:spacing w:after="0"/>
              <w:jc w:val="center"/>
            </w:pPr>
            <w:r>
              <w:rPr>
                <w:sz w:val="20"/>
              </w:rPr>
              <w:t>________________________________</w:t>
            </w:r>
          </w:p>
        </w:tc>
        <w:tc>
          <w:tcPr>
            <w:tcW w:w="4986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757FAF" w14:textId="77777777" w:rsidR="00915E85" w:rsidRDefault="00000000">
            <w:pPr>
              <w:spacing w:after="0"/>
              <w:jc w:val="center"/>
            </w:pPr>
            <w:r>
              <w:rPr>
                <w:sz w:val="20"/>
              </w:rPr>
              <w:t>________________________________</w:t>
            </w:r>
          </w:p>
        </w:tc>
      </w:tr>
      <w:tr w:rsidR="00915E85" w14:paraId="52252BD1" w14:textId="77777777">
        <w:trPr>
          <w:jc w:val="center"/>
        </w:trPr>
        <w:tc>
          <w:tcPr>
            <w:tcW w:w="4986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7DF0B3" w14:textId="77777777" w:rsidR="00915E85" w:rsidRDefault="00000000">
            <w:pPr>
              <w:spacing w:after="0"/>
              <w:jc w:val="center"/>
            </w:pPr>
            <w:r>
              <w:rPr>
                <w:color w:val="747B6D"/>
                <w:sz w:val="16"/>
              </w:rPr>
              <w:t>Unterschrift Käufer</w:t>
            </w:r>
          </w:p>
        </w:tc>
        <w:tc>
          <w:tcPr>
            <w:tcW w:w="4986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D87E9E8" w14:textId="77777777" w:rsidR="00915E85" w:rsidRDefault="00000000">
            <w:pPr>
              <w:spacing w:after="0"/>
              <w:jc w:val="center"/>
            </w:pPr>
            <w:r>
              <w:rPr>
                <w:color w:val="747B6D"/>
                <w:sz w:val="16"/>
              </w:rPr>
              <w:t>Unterschrift Makler</w:t>
            </w:r>
          </w:p>
        </w:tc>
      </w:tr>
    </w:tbl>
    <w:p w14:paraId="770ED627" w14:textId="77777777" w:rsidR="00F315E9" w:rsidRDefault="00F315E9"/>
    <w:sectPr w:rsidR="00F315E9" w:rsidSect="00034616">
      <w:headerReference w:type="default" r:id="rId8"/>
      <w:footerReference w:type="default" r:id="rId9"/>
      <w:pgSz w:w="12240" w:h="15840"/>
      <w:pgMar w:top="765" w:right="1134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5CF81" w14:textId="77777777" w:rsidR="00F315E9" w:rsidRDefault="00F315E9">
      <w:pPr>
        <w:spacing w:after="0"/>
      </w:pPr>
      <w:r>
        <w:separator/>
      </w:r>
    </w:p>
  </w:endnote>
  <w:endnote w:type="continuationSeparator" w:id="0">
    <w:p w14:paraId="1C355AE4" w14:textId="77777777" w:rsidR="00F315E9" w:rsidRDefault="00F315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2F01" w14:textId="77777777" w:rsidR="00915E85" w:rsidRPr="0004025C" w:rsidRDefault="00000000">
    <w:pPr>
      <w:pStyle w:val="Fuzeile"/>
      <w:jc w:val="center"/>
      <w:rPr>
        <w:lang w:val="de-DE"/>
      </w:rPr>
    </w:pPr>
    <w:r w:rsidRPr="0004025C">
      <w:rPr>
        <w:color w:val="747B6D"/>
        <w:sz w:val="13"/>
        <w:lang w:val="de-DE"/>
      </w:rPr>
      <w:t>SiMar Immobilien  •  Käufer-Provisionsbestätigung  •  An der Steig 31, 78464 Konstanz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B7C72" w14:textId="77777777" w:rsidR="00F315E9" w:rsidRDefault="00F315E9">
      <w:pPr>
        <w:spacing w:after="0"/>
      </w:pPr>
      <w:r>
        <w:separator/>
      </w:r>
    </w:p>
  </w:footnote>
  <w:footnote w:type="continuationSeparator" w:id="0">
    <w:p w14:paraId="2911662D" w14:textId="77777777" w:rsidR="00F315E9" w:rsidRDefault="00F315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D2B3" w14:textId="77777777" w:rsidR="00915E85" w:rsidRDefault="00000000">
    <w:pPr>
      <w:pStyle w:val="Kopfzeile"/>
      <w:jc w:val="right"/>
    </w:pPr>
    <w:proofErr w:type="spellStart"/>
    <w:r>
      <w:rPr>
        <w:rFonts w:ascii="Georgia" w:hAnsi="Georgia"/>
        <w:sz w:val="32"/>
      </w:rPr>
      <w:t>SiMar</w:t>
    </w:r>
    <w:proofErr w:type="spellEnd"/>
    <w:r>
      <w:rPr>
        <w:color w:val="747B6D"/>
        <w:sz w:val="12"/>
      </w:rPr>
      <w:br/>
      <w:t xml:space="preserve">I M </w:t>
    </w:r>
    <w:proofErr w:type="spellStart"/>
    <w:r>
      <w:rPr>
        <w:color w:val="747B6D"/>
        <w:sz w:val="12"/>
      </w:rPr>
      <w:t>M</w:t>
    </w:r>
    <w:proofErr w:type="spellEnd"/>
    <w:r>
      <w:rPr>
        <w:color w:val="747B6D"/>
        <w:sz w:val="12"/>
      </w:rPr>
      <w:t xml:space="preserve"> O B I L I E 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8238698">
    <w:abstractNumId w:val="8"/>
  </w:num>
  <w:num w:numId="2" w16cid:durableId="974330215">
    <w:abstractNumId w:val="6"/>
  </w:num>
  <w:num w:numId="3" w16cid:durableId="1800416039">
    <w:abstractNumId w:val="5"/>
  </w:num>
  <w:num w:numId="4" w16cid:durableId="2015762663">
    <w:abstractNumId w:val="4"/>
  </w:num>
  <w:num w:numId="5" w16cid:durableId="970405068">
    <w:abstractNumId w:val="7"/>
  </w:num>
  <w:num w:numId="6" w16cid:durableId="315231832">
    <w:abstractNumId w:val="3"/>
  </w:num>
  <w:num w:numId="7" w16cid:durableId="1597323735">
    <w:abstractNumId w:val="2"/>
  </w:num>
  <w:num w:numId="8" w16cid:durableId="2037340092">
    <w:abstractNumId w:val="1"/>
  </w:num>
  <w:num w:numId="9" w16cid:durableId="1006786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ZHPhO4cqYCuxVtxEe/FgaWTJo0HKFONoZF8YRBY4sEERlCqnaXdkdWtR65gaMV87r0f3WenqDL9+WiW/QgkFQ==" w:salt="/fB6s6k8qeGF0piJnuKHN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25C"/>
    <w:rsid w:val="0006063C"/>
    <w:rsid w:val="0015074B"/>
    <w:rsid w:val="0029639D"/>
    <w:rsid w:val="00326F90"/>
    <w:rsid w:val="00634EA0"/>
    <w:rsid w:val="00915E85"/>
    <w:rsid w:val="00AA1D8D"/>
    <w:rsid w:val="00B47730"/>
    <w:rsid w:val="00CB0664"/>
    <w:rsid w:val="00F315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EFE7A"/>
  <w14:defaultImageDpi w14:val="300"/>
  <w15:docId w15:val="{A6DB543F-9B98-4901-8DCF-0E39115E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60" w:line="240" w:lineRule="auto"/>
    </w:pPr>
    <w:rPr>
      <w:rFonts w:ascii="Aptos" w:hAnsi="Aptos"/>
      <w:color w:val="252726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/>
      <w:bCs/>
      <w:sz w:val="25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04025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F1F5AE-D5D2-4455-9525-EE597606216D}"/>
      </w:docPartPr>
      <w:docPartBody>
        <w:p w:rsidR="00000000" w:rsidRDefault="003340FC">
          <w:r w:rsidRPr="0041207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FC"/>
    <w:rsid w:val="003340FC"/>
    <w:rsid w:val="004D1CCB"/>
    <w:rsid w:val="0063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340F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Käufer-Provisionsbestätigung – SiMar Immobilien</dc:title>
  <dc:subject/>
  <dc:creator>SiMar Immobilien – Simon &amp; Marvin Kukulla</dc:creator>
  <cp:keywords/>
  <dc:description>generated by python-docx</dc:description>
  <cp:lastModifiedBy>Besjanda Berisha</cp:lastModifiedBy>
  <cp:revision>2</cp:revision>
  <dcterms:created xsi:type="dcterms:W3CDTF">2013-12-23T23:15:00Z</dcterms:created>
  <dcterms:modified xsi:type="dcterms:W3CDTF">2026-10-10T14:26:00Z</dcterms:modified>
  <cp:category/>
</cp:coreProperties>
</file>